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PPMINISTRIES TRAINING INSTITUTE</w:t>
      </w:r>
    </w:p>
    <w:p>
      <w:pPr>
        <w:pStyle w:val="Title"/>
      </w:pPr>
      <w:r>
        <w:t>Practitioner Certification Application</w:t>
      </w:r>
    </w:p>
    <w:p>
      <w:r>
        <w:t>Inner Healing and Deliverance School  |  Peggy Pugh Ministries, Inc.</w:t>
      </w:r>
    </w:p>
    <w:p>
      <w:r>
        <w:t>Thank you for your interest in preparing to serve people through biblically grounded inner healing and deliverance ministry. This application helps us learn about your calling, preparation, judgment, and capacity to serve under supervision. Complete each section honestly. You may attach additional pages for longer answers.</w:t>
      </w:r>
    </w:p>
    <w:p>
      <w:r>
        <w:t>Application date: ____________________     Preferred training cohort, if known: ____________________</w:t>
      </w:r>
    </w:p>
    <w:p>
      <w:pPr>
        <w:pStyle w:val="Heading1"/>
      </w:pPr>
      <w:r>
        <w:t>1  Applicant information</w:t>
      </w:r>
    </w:p>
    <w:p>
      <w:r>
        <w:t>Full legal name</w:t>
      </w:r>
    </w:p>
    <w:p>
      <w:r>
        <w:t>________________________________________________________________________________</w:t>
      </w:r>
    </w:p>
    <w:p>
      <w:r>
        <w:t>Name you prefer to use: ____________________________  Pronouns, optional: ____________________</w:t>
      </w:r>
    </w:p>
    <w:p>
      <w:r>
        <w:t>Email: __________________________________  Mobile phone: ______________________________</w:t>
      </w:r>
    </w:p>
    <w:p>
      <w:r>
        <w:t>City and state: _________________________________  Country: _____________________________</w:t>
      </w:r>
    </w:p>
    <w:p>
      <w:r>
        <w:t>Preferred contact method:  ☐ Email  ☐ Phone       Best times to contact: ___________________</w:t>
      </w:r>
    </w:p>
    <w:p>
      <w:r>
        <w:t>Are you at least 18 years old?  ☐ Yes  ☐ No</w:t>
      </w:r>
    </w:p>
    <w:p>
      <w:pPr>
        <w:pStyle w:val="Heading1"/>
      </w:pPr>
      <w:r>
        <w:t>2  Church and ministry connection</w:t>
      </w:r>
    </w:p>
    <w:p>
      <w:r>
        <w:t>Current church or ministry: __________________________________________________________</w:t>
      </w:r>
    </w:p>
    <w:p>
      <w:r>
        <w:t>Pastor or ministry leader: ______________________________  Years connected: ______________</w:t>
      </w:r>
    </w:p>
    <w:p>
      <w:r>
        <w:t>Your current ministry role, if any: ____________________________________________________</w:t>
      </w:r>
    </w:p>
    <w:p>
      <w:r>
        <w:t>May we contact your pastor or ministry leader about your readiness for this training?  ☐ Yes  ☐ No</w:t>
      </w:r>
    </w:p>
    <w:p>
      <w:r>
        <w:t>If no, briefly explain: ______________________________________________________________</w:t>
      </w:r>
    </w:p>
    <w:p>
      <w:pPr>
        <w:pStyle w:val="Heading1"/>
      </w:pPr>
      <w:r>
        <w:t>3  Preparation and availability</w:t>
      </w:r>
    </w:p>
    <w:p>
      <w:r>
        <w:t>Relevant training completed (courses, dates, and organizations):</w:t>
      </w:r>
    </w:p>
    <w:p/>
    <w:p>
      <w:r>
        <w:t>________________________________________________________________________________</w:t>
      </w:r>
    </w:p>
    <w:p>
      <w:r>
        <w:t>________________________________________________________________________________</w:t>
      </w:r>
    </w:p>
    <w:p>
      <w:r>
        <w:t>Experience serving in prayer, pastoral care, inner healing, or deliverance ministry:</w:t>
      </w:r>
    </w:p>
    <w:p/>
    <w:p>
      <w:r>
        <w:t>________________________________________________________________________________</w:t>
      </w:r>
    </w:p>
    <w:p>
      <w:r>
        <w:t>________________________________________________________________________________</w:t>
      </w:r>
    </w:p>
    <w:p>
      <w:r>
        <w:t>Can you attend required teaching, practice, supervision, and evaluation sessions?  ☐ Yes  ☐ No  ☐ Unsure</w:t>
      </w:r>
    </w:p>
    <w:p>
      <w:r>
        <w:t>What schedule limitations should we know about? ______________________________________</w:t>
      </w:r>
    </w:p>
    <w:p>
      <w:pPr>
        <w:pStyle w:val="Heading1"/>
      </w:pPr>
      <w:r>
        <w:t>4  Calling and discernment</w:t>
      </w:r>
    </w:p>
    <w:p>
      <w:r>
        <w:t>Why do you want to become an Inner Healing and Deliverance Practitioner?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What do you understand to be the purpose of inner healing and deliverance ministry?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Describe a time you received correction or supervision. How did you respond?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What strengths would you bring to this work, and where do you need growth?</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Pr>
      <w:r>
        <w:t>5  Care and boundaries</w:t>
      </w:r>
    </w:p>
    <w:p>
      <w:r>
        <w:t>Answer briefly. You are not asked to disclose details of your own trauma or private medical history.</w:t>
      </w:r>
    </w:p>
    <w:p>
      <w:r>
        <w:t>A participant describes immediate danger of self harm or harm from another person. What would you do first?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Someone asks you to promise that everything they share will remain secret. How would you respond?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A participant asks you to stop praying and leave the session. What would you do?</w:t>
      </w:r>
    </w:p>
    <w:p>
      <w:r>
        <w:t>________________________________________________________________________________</w:t>
      </w:r>
    </w:p>
    <w:p>
      <w:r>
        <w:t>________________________________________________________________________________</w:t>
      </w:r>
    </w:p>
    <w:p>
      <w:pPr>
        <w:pStyle w:val="Heading1"/>
      </w:pPr>
      <w:r>
        <w:t>6  Readiness and support</w:t>
      </w:r>
    </w:p>
    <w:p>
      <w:r>
        <w:t>These questions help us plan appropriate training and supervision. A yes answer does not automatically disqualify you.</w:t>
      </w:r>
    </w:p>
    <w:p>
      <w:r>
        <w:t>Have you previously served in a ministry involving sensitive disclosures?  ☐ Yes  ☐ No</w:t>
      </w:r>
    </w:p>
    <w:p>
      <w:r>
        <w:t>If yes, what accountability and referral practices were in place?</w:t>
      </w:r>
    </w:p>
    <w:p/>
    <w:p>
      <w:r>
        <w:t>________________________________________________________________________________</w:t>
      </w:r>
    </w:p>
    <w:p>
      <w:r>
        <w:t>________________________________________________________________________________</w:t>
      </w:r>
    </w:p>
    <w:p>
      <w:r>
        <w:t>Are you willing to receive feedback, follow the school’s written policies, and pause client work when a supervisor directs you to?  ☐ Yes  ☐ No</w:t>
      </w:r>
    </w:p>
    <w:p>
      <w:r>
        <w:t>Are you willing to refer needs beyond your training to appropriate professionals or emergency services?  ☐ Yes  ☐ No</w:t>
      </w:r>
    </w:p>
    <w:p>
      <w:r>
        <w:t>Is there any current circumstance that may affect your ability to participate safely and reliably? You may discuss this privately with admissions rather than write details here.  ☐ No  ☐ Yes, please contact me</w:t>
      </w:r>
    </w:p>
    <w:p>
      <w:pPr>
        <w:pStyle w:val="Heading1"/>
      </w:pPr>
      <w:r>
        <w:t>7  Ministry reference</w:t>
      </w:r>
    </w:p>
    <w:p>
      <w:r>
        <w:t>Provide one pastor, ministry leader, or supervisor who knows your character and service. We will contact the person before an admission decision.</w:t>
      </w:r>
    </w:p>
    <w:p>
      <w:r>
        <w:t>Name and role: ____________________________________________________________________</w:t>
      </w:r>
    </w:p>
    <w:p>
      <w:r>
        <w:t>Church or organization: _____________________________________________________________</w:t>
      </w:r>
    </w:p>
    <w:p>
      <w:r>
        <w:t>Email: ____________________________________ Phone: _________________________________</w:t>
      </w:r>
    </w:p>
    <w:p>
      <w:r>
        <w:t>Relationship and length of time known: _______________________________________________</w:t>
      </w:r>
    </w:p>
    <w:p>
      <w:r>
        <w:t>I authorize the Institute to contact this reference regarding my application.  ☐ Yes  ☐ No</w:t>
      </w:r>
    </w:p>
    <w:p>
      <w:pPr>
        <w:pStyle w:val="Heading1"/>
      </w:pPr>
      <w:r>
        <w:t>8  Applicant acknowledgment</w:t>
      </w:r>
    </w:p>
    <w:p>
      <w:r>
        <w:t>Please initial each statement.</w:t>
      </w:r>
    </w:p>
    <w:p>
      <w:r>
        <w:t>_____  I understand that submitting an application does not guarantee admission or certification.</w:t>
      </w:r>
    </w:p>
    <w:p>
      <w:r>
        <w:t>_____  I understand that certification depends on completion of the Institute’s published requirements and a final competency decision.</w:t>
      </w:r>
    </w:p>
    <w:p>
      <w:r>
        <w:t>_____  I will respect informed consent, confidentiality and its safety or legal limits, appropriate boundaries, and the direction of supervisors.</w:t>
      </w:r>
    </w:p>
    <w:p>
      <w:r>
        <w:t>_____  I understand that this ministry training does not confer a mental health license or authorize me to diagnose or treat medical or psychiatric conditions.</w:t>
      </w:r>
    </w:p>
    <w:p>
      <w:r>
        <w:t>_____  I confirm that the information I provided is accurate to the best of my knowledge.</w:t>
      </w:r>
    </w:p>
    <w:p>
      <w:r>
        <w:t>Applicant signature: _______________________________________  Date: __________________</w:t>
      </w:r>
    </w:p>
    <w:p>
      <w:r>
        <w:t>Return the completed application through the secure submission method provided by the Institute. Please do not send private stories or sensitive records with this application.</w:t>
      </w:r>
    </w:p>
    <w:p>
      <w:pPr>
        <w:pStyle w:val="Heading1"/>
      </w:pPr>
      <w:r>
        <w:t>Institute review  Internal use</w:t>
      </w:r>
    </w:p>
    <w:p>
      <w:r>
        <w:t>Applicant: ______________________________________  Date received: ____________________</w:t>
      </w:r>
    </w:p>
    <w:p>
      <w:r>
        <w:t>Application complete: ☐ Yes ☐ Follow up needed   Reference contacted: ☐ Yes ☐ Pending</w:t>
      </w:r>
    </w:p>
    <w:p>
      <w:r>
        <w:t>Interview date: _________________________  Reviewer: _________________________________</w:t>
      </w:r>
    </w:p>
    <w:p>
      <w:r>
        <w:t>Review focus: calling and motivation; teachability; boundaries and consent; response to safety concerns; availability; ministry reference.</w:t>
      </w:r>
    </w:p>
    <w:p>
      <w:r>
        <w:t>Notes and follow up items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Decision:  ☐ Admit  ☐ Admit with conditions  ☐ Defer  ☐ Decline</w:t>
      </w:r>
    </w:p>
    <w:p>
      <w:r>
        <w:t>Conditions or next steps: ____________________________________________________________</w:t>
      </w:r>
    </w:p>
    <w:p>
      <w:r>
        <w:t>Reviewer signature: ____________________________________  Decision date: ______________</w:t>
      </w:r>
    </w:p>
    <w:p>
      <w:r>
        <w:t>Admissions note: Share current tuition, schedule, curriculum, safeguarding policies, supervised practice requirements, assessment criteria, and the certification title before enrollment. Obtain any additional screening consent separately.</w:t>
      </w:r>
    </w:p>
    <w:sectPr w:rsidR="00FC693F" w:rsidRPr="0006063C" w:rsidSect="00034616">
      <w:footerReference w:type="default" r:id="rId9"/>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PPMinistries Training Institute  •  Practitioner Certification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